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401"/>
      </w:tblGrid>
      <w:tr>
        <w:tc>
          <w:tcPr>
            <w:tcW w:type="dxa" w:w="6236"/>
          </w:tcPr>
          <w:p>
            <w:pPr>
              <w:spacing w:after="0"/>
            </w:pPr>
            <w:r/>
            <w:r>
              <w:rPr>
                <w:b/>
                <w:color w:val="171717"/>
                <w:sz w:val="28"/>
              </w:rPr>
              <w:t>[Dit firmanavn]</w:t>
            </w:r>
          </w:p>
          <w:p>
            <w:pPr>
              <w:spacing w:after="0" w:before="40"/>
            </w:pPr>
            <w:r>
              <w:rPr>
                <w:b w:val="0"/>
                <w:color w:val="737373"/>
                <w:sz w:val="18"/>
              </w:rPr>
              <w:t>[Adresse] · [Postnummer og by]</w:t>
              <w:br/>
            </w:r>
            <w:r>
              <w:rPr>
                <w:b w:val="0"/>
                <w:color w:val="737373"/>
                <w:sz w:val="18"/>
              </w:rPr>
              <w:t>CVR [12345678]</w:t>
              <w:br/>
            </w:r>
            <w:r>
              <w:rPr>
                <w:b w:val="0"/>
                <w:color w:val="737373"/>
                <w:sz w:val="18"/>
              </w:rPr>
              <w:t>[mail@ditfirma.dk] · [+45 20 00 00 00]</w:t>
            </w:r>
          </w:p>
        </w:tc>
        <w:tc>
          <w:tcPr>
            <w:tcW w:type="dxa" w:w="3402"/>
          </w:tcPr>
          <w:p>
            <w:pPr>
              <w:spacing w:after="0"/>
              <w:jc w:val="right"/>
            </w:pPr>
            <w:r/>
            <w:r>
              <w:rPr>
                <w:b/>
                <w:color w:val="EA580C"/>
                <w:sz w:val="44"/>
              </w:rPr>
              <w:t>TILBUD</w:t>
            </w:r>
          </w:p>
        </w:tc>
      </w:tr>
    </w:tbl>
    <w:p>
      <w:pPr>
        <w:spacing w:after="200" w:before="0"/>
      </w:pPr>
      <w:r>
        <w:rPr>
          <w:b w:val="0"/>
          <w:color w:val="171717"/>
          <w:sz w:val="20"/>
        </w:rPr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Tilbud til</w:t>
            </w:r>
          </w:p>
          <w:p>
            <w:pPr>
              <w:spacing w:after="0" w:before="40"/>
            </w:pPr>
            <w:r>
              <w:rPr>
                <w:b w:val="0"/>
                <w:color w:val="171717"/>
                <w:sz w:val="20"/>
              </w:rPr>
              <w:t>[Kundens navn]</w:t>
              <w:br/>
            </w:r>
            <w:r>
              <w:rPr>
                <w:b w:val="0"/>
                <w:color w:val="171717"/>
                <w:sz w:val="20"/>
              </w:rPr>
              <w:t>[Kundens firma]</w:t>
              <w:br/>
            </w:r>
            <w:r>
              <w:rPr>
                <w:b w:val="0"/>
                <w:color w:val="171717"/>
                <w:sz w:val="20"/>
              </w:rPr>
              <w:t>[Adresse]</w:t>
              <w:br/>
            </w:r>
            <w:r>
              <w:rPr>
                <w:b w:val="0"/>
                <w:color w:val="171717"/>
                <w:sz w:val="20"/>
              </w:rPr>
              <w:t>[Postnummer og by]</w:t>
            </w:r>
          </w:p>
        </w:tc>
        <w:tc>
          <w:tcPr>
            <w:tcW w:type="dxa" w:w="4535"/>
          </w:tcPr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Tilbudsnummer: </w:t>
            </w:r>
            <w:r>
              <w:rPr>
                <w:b/>
                <w:sz w:val="19"/>
              </w:rPr>
              <w:t>[2026-001]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Dato: </w:t>
            </w:r>
            <w:r>
              <w:rPr>
                <w:b/>
                <w:sz w:val="19"/>
              </w:rPr>
              <w:t>[DD.MM.ÅÅÅÅ]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Gyldigt til: </w:t>
            </w:r>
            <w:r>
              <w:rPr>
                <w:b/>
                <w:sz w:val="19"/>
              </w:rPr>
              <w:t>[DD.MM.ÅÅÅÅ]</w:t>
            </w:r>
          </w:p>
        </w:tc>
      </w:tr>
    </w:tbl>
    <w:p>
      <w:pPr>
        <w:spacing w:after="200" w:before="280"/>
      </w:pPr>
      <w:r>
        <w:rPr>
          <w:b w:val="0"/>
          <w:color w:val="171717"/>
          <w:sz w:val="20"/>
        </w:rPr>
        <w:t>[En eller to sætninger om projektet: hvad du leverer og med hvilket mål.]</w:t>
      </w:r>
    </w:p>
    <w:tbl>
      <w:tblPr>
        <w:tblW w:type="dxa" w:w="9637"/>
        <w:tblBorders>
          <w:top w:val="single" w:sz="4" w:color="E5E5E5"/>
          <w:left w:val="nil"/>
          <w:bottom w:val="single" w:sz="4" w:color="E5E5E5"/>
          <w:right w:val="nil"/>
          <w:insideH w:val="single" w:sz="4" w:color="E5E5E5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215"/>
        <w:gridCol w:w="1020"/>
        <w:gridCol w:w="1644"/>
        <w:gridCol w:w="1757"/>
      </w:tblGrid>
      <w:tr>
        <w:tc>
          <w:tcPr>
            <w:tcW w:type="dxa" w:w="5216"/>
            <w:shd w:val="clear" w:color="auto" w:fill="F5F5F5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Beskrivelse</w:t>
            </w:r>
          </w:p>
        </w:tc>
        <w:tc>
          <w:tcPr>
            <w:tcW w:type="dxa" w:w="1020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Antal</w:t>
            </w:r>
          </w:p>
        </w:tc>
        <w:tc>
          <w:tcPr>
            <w:tcW w:type="dxa" w:w="1644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Stykpris</w:t>
            </w:r>
          </w:p>
        </w:tc>
        <w:tc>
          <w:tcPr>
            <w:tcW w:type="dxa" w:w="1757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Beløb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[Ydelse, beskrevet så kunden forstår den]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[Ydelse, beskrevet så kunden forstår den]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[Ydelse, beskrevet så kunden forstår den]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[Ydelse, beskrevet så kunden forstår den]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Subtotal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Moms 25 %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Total inkl. moms</w:t>
            </w:r>
          </w:p>
        </w:tc>
        <w:tc>
          <w:tcPr>
            <w:tcW w:type="dxa" w:w="1757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€ 0,00</w:t>
            </w:r>
          </w:p>
        </w:tc>
      </w:tr>
    </w:tbl>
    <w:p>
      <w:pPr>
        <w:spacing w:after="80" w:before="320"/>
      </w:pPr>
      <w:r>
        <w:rPr>
          <w:b/>
          <w:color w:val="171717"/>
          <w:sz w:val="22"/>
        </w:rPr>
        <w:t>Betingelser</w:t>
      </w:r>
    </w:p>
    <w:p>
      <w:pPr>
        <w:spacing w:after="40" w:before="0"/>
      </w:pPr>
      <w:r>
        <w:rPr>
          <w:b w:val="0"/>
          <w:color w:val="171717"/>
          <w:sz w:val="19"/>
        </w:rPr>
        <w:t>• Betaling: [30 % ved accept, resten ved levering], senest [14] dage efter fakturadato.</w:t>
      </w:r>
    </w:p>
    <w:p>
      <w:pPr>
        <w:spacing w:after="40" w:before="0"/>
      </w:pPr>
      <w:r>
        <w:rPr>
          <w:b w:val="0"/>
          <w:color w:val="171717"/>
          <w:sz w:val="19"/>
        </w:rPr>
        <w:t>• Tidsplan: [startdato] til [leveringsdato].</w:t>
      </w:r>
    </w:p>
    <w:p>
      <w:pPr>
        <w:spacing w:after="40" w:before="0"/>
      </w:pPr>
      <w:r>
        <w:rPr>
          <w:b w:val="0"/>
          <w:color w:val="171717"/>
          <w:sz w:val="19"/>
        </w:rPr>
        <w:t>• Ikke inkluderet: [uden for opgaven]. Ekstraarbejde gives der særskilt tilbud på.</w:t>
      </w:r>
    </w:p>
    <w:p>
      <w:pPr>
        <w:spacing w:after="40" w:before="320"/>
      </w:pPr>
      <w:r>
        <w:rPr>
          <w:b/>
          <w:color w:val="171717"/>
          <w:sz w:val="22"/>
        </w:rPr>
        <w:t>Accept</w:t>
      </w:r>
    </w:p>
    <w:p>
      <w:pPr>
        <w:spacing w:after="160" w:before="0"/>
      </w:pPr>
      <w:r>
        <w:rPr>
          <w:b w:val="0"/>
          <w:color w:val="737373"/>
          <w:sz w:val="19"/>
        </w:rPr>
        <w:t>Tilbuddet og betingelserne accepteres hermed.</w:t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3214"/>
        <w:gridCol w:w="3208"/>
        <w:gridCol w:w="3214"/>
      </w:tblGrid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Navn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Dato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Underskrift</w:t>
            </w:r>
          </w:p>
        </w:tc>
      </w:tr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7373"/>
        <w:sz w:val="16"/>
      </w:rPr>
      <w:t>Vil du have, at kunder vælger muligheder og underskriver online? Send tilbuddet interaktivt gratis via offinal.com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Tilbud</dc:title>
  <dc:subject/>
  <dc:creator>Offinal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