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7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3401"/>
      </w:tblGrid>
      <w:tr>
        <w:tc>
          <w:tcPr>
            <w:tcW w:type="dxa" w:w="6236"/>
          </w:tcPr>
          <w:p>
            <w:pPr>
              <w:spacing w:after="0"/>
            </w:pPr>
            <w:r/>
            <w:r>
              <w:rPr>
                <w:b/>
                <w:color w:val="171717"/>
                <w:sz w:val="28"/>
              </w:rPr>
              <w:t>[Name Ihres Unternehmens]</w:t>
            </w:r>
          </w:p>
          <w:p>
            <w:pPr>
              <w:spacing w:after="0" w:before="40"/>
            </w:pPr>
            <w:r>
              <w:rPr>
                <w:b w:val="0"/>
                <w:color w:val="737373"/>
                <w:sz w:val="18"/>
              </w:rPr>
              <w:t>[Straße und Hausnummer] · [PLZ und Ort]</w:t>
              <w:br/>
            </w:r>
            <w:r>
              <w:rPr>
                <w:b w:val="0"/>
                <w:color w:val="737373"/>
                <w:sz w:val="18"/>
              </w:rPr>
              <w:t>USt-IdNr. [DE123456789]</w:t>
              <w:br/>
            </w:r>
            <w:r>
              <w:rPr>
                <w:b w:val="0"/>
                <w:color w:val="737373"/>
                <w:sz w:val="18"/>
              </w:rPr>
              <w:t>[email@ihrefirma.de] · [+49 30 000000]</w:t>
            </w:r>
          </w:p>
        </w:tc>
        <w:tc>
          <w:tcPr>
            <w:tcW w:type="dxa" w:w="3402"/>
          </w:tcPr>
          <w:p>
            <w:pPr>
              <w:spacing w:after="0"/>
              <w:jc w:val="right"/>
            </w:pPr>
            <w:r/>
            <w:r>
              <w:rPr>
                <w:b/>
                <w:color w:val="EA580C"/>
                <w:sz w:val="44"/>
              </w:rPr>
              <w:t>ANGEBOT</w:t>
            </w:r>
          </w:p>
        </w:tc>
      </w:tr>
    </w:tbl>
    <w:p>
      <w:pPr>
        <w:spacing w:after="200" w:before="0"/>
      </w:pPr>
      <w:r>
        <w:rPr>
          <w:b w:val="0"/>
          <w:color w:val="171717"/>
          <w:sz w:val="20"/>
        </w:rPr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5102"/>
        <w:gridCol w:w="4535"/>
      </w:tblGrid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Angebot für</w:t>
            </w:r>
          </w:p>
          <w:p>
            <w:pPr>
              <w:spacing w:after="0" w:before="40"/>
            </w:pPr>
            <w:r>
              <w:rPr>
                <w:b w:val="0"/>
                <w:color w:val="171717"/>
                <w:sz w:val="20"/>
              </w:rPr>
              <w:t>[Name des Kunden]</w:t>
              <w:br/>
            </w:r>
            <w:r>
              <w:rPr>
                <w:b w:val="0"/>
                <w:color w:val="171717"/>
                <w:sz w:val="20"/>
              </w:rPr>
              <w:t>[Firma des Kunden]</w:t>
              <w:br/>
            </w:r>
            <w:r>
              <w:rPr>
                <w:b w:val="0"/>
                <w:color w:val="171717"/>
                <w:sz w:val="20"/>
              </w:rPr>
              <w:t>[Straße und Hausnummer]</w:t>
              <w:br/>
            </w:r>
            <w:r>
              <w:rPr>
                <w:b w:val="0"/>
                <w:color w:val="171717"/>
                <w:sz w:val="20"/>
              </w:rPr>
              <w:t>[PLZ und Ort]</w:t>
            </w:r>
          </w:p>
        </w:tc>
        <w:tc>
          <w:tcPr>
            <w:tcW w:type="dxa" w:w="4535"/>
          </w:tcPr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Angebotsnummer: </w:t>
            </w:r>
            <w:r>
              <w:rPr>
                <w:b/>
                <w:sz w:val="19"/>
              </w:rPr>
              <w:t>[2026-001]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Datum: </w:t>
            </w:r>
            <w:r>
              <w:rPr>
                <w:b/>
                <w:sz w:val="19"/>
              </w:rPr>
              <w:t>[TT.MM.JJJJ]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Gültig bis: </w:t>
            </w:r>
            <w:r>
              <w:rPr>
                <w:b/>
                <w:sz w:val="19"/>
              </w:rPr>
              <w:t>[TT.MM.JJJJ]</w:t>
            </w:r>
          </w:p>
        </w:tc>
      </w:tr>
    </w:tbl>
    <w:p>
      <w:pPr>
        <w:spacing w:after="200" w:before="280"/>
      </w:pPr>
      <w:r>
        <w:rPr>
          <w:b w:val="0"/>
          <w:color w:val="171717"/>
          <w:sz w:val="20"/>
        </w:rPr>
        <w:t>[Ein oder zwei Sätze zum Projekt: was Sie liefern und mit welchem Ziel.]</w:t>
      </w:r>
    </w:p>
    <w:tbl>
      <w:tblPr>
        <w:tblW w:type="dxa" w:w="9637"/>
        <w:tblBorders>
          <w:top w:val="single" w:sz="4" w:color="E5E5E5"/>
          <w:left w:val="nil"/>
          <w:bottom w:val="single" w:sz="4" w:color="E5E5E5"/>
          <w:right w:val="nil"/>
          <w:insideH w:val="single" w:sz="4" w:color="E5E5E5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215"/>
        <w:gridCol w:w="1020"/>
        <w:gridCol w:w="1644"/>
        <w:gridCol w:w="1757"/>
      </w:tblGrid>
      <w:tr>
        <w:tc>
          <w:tcPr>
            <w:tcW w:type="dxa" w:w="5216"/>
            <w:shd w:val="clear" w:color="auto" w:fill="F5F5F5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Beschreibung</w:t>
            </w:r>
          </w:p>
        </w:tc>
        <w:tc>
          <w:tcPr>
            <w:tcW w:type="dxa" w:w="1020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Menge</w:t>
            </w:r>
          </w:p>
        </w:tc>
        <w:tc>
          <w:tcPr>
            <w:tcW w:type="dxa" w:w="1644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Einzelpreis</w:t>
            </w:r>
          </w:p>
        </w:tc>
        <w:tc>
          <w:tcPr>
            <w:tcW w:type="dxa" w:w="1757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Betrag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[Leistung, so beschrieben, dass der Kunde sie versteht]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[Leistung, so beschrieben, dass der Kunde sie versteht]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[Leistung, so beschrieben, dass der Kunde sie versteht]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[Leistung, so beschrieben, dass der Kunde sie versteht]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Zwischensumme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USt. 19 %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Gesamt inkl. USt.</w:t>
            </w:r>
          </w:p>
        </w:tc>
        <w:tc>
          <w:tcPr>
            <w:tcW w:type="dxa" w:w="1757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€ 0,00</w:t>
            </w:r>
          </w:p>
        </w:tc>
      </w:tr>
    </w:tbl>
    <w:p>
      <w:pPr>
        <w:spacing w:after="80" w:before="320"/>
      </w:pPr>
      <w:r>
        <w:rPr>
          <w:b/>
          <w:color w:val="171717"/>
          <w:sz w:val="22"/>
        </w:rPr>
        <w:t>Bedingungen</w:t>
      </w:r>
    </w:p>
    <w:p>
      <w:pPr>
        <w:spacing w:after="40" w:before="0"/>
      </w:pPr>
      <w:r>
        <w:rPr>
          <w:b w:val="0"/>
          <w:color w:val="171717"/>
          <w:sz w:val="19"/>
        </w:rPr>
        <w:t>• Zahlung: [30 % bei Auftragserteilung, Rest bei Lieferung], innerhalb von [14] Tagen nach Rechnungsdatum.</w:t>
      </w:r>
    </w:p>
    <w:p>
      <w:pPr>
        <w:spacing w:after="40" w:before="0"/>
      </w:pPr>
      <w:r>
        <w:rPr>
          <w:b w:val="0"/>
          <w:color w:val="171717"/>
          <w:sz w:val="19"/>
        </w:rPr>
        <w:t>• Zeitplan: [Startdatum] bis [Liefertermin].</w:t>
      </w:r>
    </w:p>
    <w:p>
      <w:pPr>
        <w:spacing w:after="40" w:before="0"/>
      </w:pPr>
      <w:r>
        <w:rPr>
          <w:b w:val="0"/>
          <w:color w:val="171717"/>
          <w:sz w:val="19"/>
        </w:rPr>
        <w:t>• Nicht enthalten: [außerhalb des Umfangs]. Zusatzleistungen werden gesondert angeboten.</w:t>
      </w:r>
    </w:p>
    <w:p>
      <w:pPr>
        <w:spacing w:after="40" w:before="320"/>
      </w:pPr>
      <w:r>
        <w:rPr>
          <w:b/>
          <w:color w:val="171717"/>
          <w:sz w:val="22"/>
        </w:rPr>
        <w:t>Auftragserteilung</w:t>
      </w:r>
    </w:p>
    <w:p>
      <w:pPr>
        <w:spacing w:after="160" w:before="0"/>
      </w:pPr>
      <w:r>
        <w:rPr>
          <w:b w:val="0"/>
          <w:color w:val="737373"/>
          <w:sz w:val="19"/>
        </w:rPr>
        <w:t>Mit diesem Angebot und seinen Bedingungen einverstanden.</w:t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3214"/>
        <w:gridCol w:w="3208"/>
        <w:gridCol w:w="3214"/>
      </w:tblGrid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Name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Datum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Unterschrift</w:t>
            </w:r>
          </w:p>
        </w:tc>
      </w:tr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37373"/>
        <w:sz w:val="16"/>
      </w:rPr>
      <w:t>Sollen Kunden Optionen wählen und online unterschreiben? Versenden Sie dieses Angebot kostenlos interaktiv über offinal.com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</dc:title>
  <dc:subject/>
  <dc:creator>Offinal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