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jc w:val="center"/>
        <w:tblLayout w:type="fixed"/>
        <w:tblLook w:firstColumn="1" w:firstRow="1" w:lastColumn="0" w:lastRow="0" w:noHBand="0" w:noVBand="1" w:val="04A0"/>
      </w:tblPr>
      <w:tblGrid>
        <w:gridCol w:w="6236"/>
        <w:gridCol w:w="3401"/>
      </w:tblGrid>
      <w:tr>
        <w:tc>
          <w:tcPr>
            <w:tcW w:type="dxa" w:w="6236"/>
          </w:tcPr>
          <w:p>
            <w:pPr>
              <w:spacing w:after="0"/>
            </w:pPr>
            <w:r/>
            <w:r>
              <w:rPr>
                <w:b/>
                <w:color w:val="171717"/>
                <w:sz w:val="28"/>
              </w:rPr>
              <w:t>[Your company name]</w:t>
            </w:r>
          </w:p>
          <w:p>
            <w:pPr>
              <w:spacing w:after="0" w:before="40"/>
            </w:pPr>
            <w:r>
              <w:rPr>
                <w:b w:val="0"/>
                <w:color w:val="737373"/>
                <w:sz w:val="18"/>
              </w:rPr>
              <w:t>[Street and number] · [Postcode and city]</w:t>
              <w:br/>
            </w:r>
            <w:r>
              <w:rPr>
                <w:b w:val="0"/>
                <w:color w:val="737373"/>
                <w:sz w:val="18"/>
              </w:rPr>
              <w:t>VAT [BE0123.456.789]</w:t>
              <w:br/>
            </w:r>
            <w:r>
              <w:rPr>
                <w:b w:val="0"/>
                <w:color w:val="737373"/>
                <w:sz w:val="18"/>
              </w:rPr>
              <w:t>[email@yourcompany.com] · [+32 470 00 00 00]</w:t>
            </w:r>
          </w:p>
        </w:tc>
        <w:tc>
          <w:tcPr>
            <w:tcW w:type="dxa" w:w="3402"/>
          </w:tcPr>
          <w:p>
            <w:pPr>
              <w:spacing w:after="0"/>
              <w:jc w:val="right"/>
            </w:pPr>
            <w:r/>
            <w:r>
              <w:rPr>
                <w:b/>
                <w:color w:val="EA580C"/>
                <w:sz w:val="44"/>
              </w:rPr>
              <w:t>QUOTE</w:t>
            </w:r>
          </w:p>
        </w:tc>
      </w:tr>
    </w:tbl>
    <w:p>
      <w:pPr>
        <w:spacing w:after="200" w:before="0"/>
      </w:pPr>
      <w:r>
        <w:rPr>
          <w:b w:val="0"/>
          <w:color w:val="171717"/>
          <w:sz w:val="20"/>
        </w:rPr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5102"/>
        <w:gridCol w:w="4535"/>
      </w:tblGrid>
      <w:tr>
        <w:tc>
          <w:tcPr>
            <w:tcW w:type="dxa" w:w="5102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Quote for</w:t>
            </w:r>
          </w:p>
          <w:p>
            <w:pPr>
              <w:spacing w:after="0" w:before="40"/>
            </w:pPr>
            <w:r>
              <w:rPr>
                <w:b w:val="0"/>
                <w:color w:val="171717"/>
                <w:sz w:val="20"/>
              </w:rPr>
              <w:t>[Client name]</w:t>
              <w:br/>
            </w:r>
            <w:r>
              <w:rPr>
                <w:b w:val="0"/>
                <w:color w:val="171717"/>
                <w:sz w:val="20"/>
              </w:rPr>
              <w:t>[Client company]</w:t>
              <w:br/>
            </w:r>
            <w:r>
              <w:rPr>
                <w:b w:val="0"/>
                <w:color w:val="171717"/>
                <w:sz w:val="20"/>
              </w:rPr>
              <w:t>[Street and number]</w:t>
              <w:br/>
            </w:r>
            <w:r>
              <w:rPr>
                <w:b w:val="0"/>
                <w:color w:val="171717"/>
                <w:sz w:val="20"/>
              </w:rPr>
              <w:t>[Postcode and city]</w:t>
            </w:r>
          </w:p>
        </w:tc>
        <w:tc>
          <w:tcPr>
            <w:tcW w:type="dxa" w:w="4535"/>
          </w:tcPr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Quote number: </w:t>
            </w:r>
            <w:r>
              <w:rPr>
                <w:b/>
                <w:sz w:val="19"/>
              </w:rPr>
              <w:t>[2026-001]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Date: </w:t>
            </w:r>
            <w:r>
              <w:rPr>
                <w:b/>
                <w:sz w:val="19"/>
              </w:rPr>
              <w:t>[DD/MM/YYYY]</w:t>
            </w:r>
          </w:p>
          <w:p>
            <w:pPr>
              <w:spacing w:after="40"/>
              <w:jc w:val="right"/>
            </w:pPr>
            <w:r>
              <w:rPr>
                <w:color w:val="737373"/>
                <w:sz w:val="18"/>
              </w:rPr>
              <w:t xml:space="preserve">Valid until: </w:t>
            </w:r>
            <w:r>
              <w:rPr>
                <w:b/>
                <w:sz w:val="19"/>
              </w:rPr>
              <w:t>[DD/MM/YYYY]</w:t>
            </w:r>
          </w:p>
        </w:tc>
      </w:tr>
    </w:tbl>
    <w:p>
      <w:pPr>
        <w:spacing w:after="200" w:before="280"/>
      </w:pPr>
      <w:r>
        <w:rPr>
          <w:b w:val="0"/>
          <w:color w:val="171717"/>
          <w:sz w:val="20"/>
        </w:rPr>
        <w:t>[One or two sentences describing the project: what you'll deliver and the goal.]</w:t>
      </w:r>
    </w:p>
    <w:tbl>
      <w:tblPr>
        <w:tblW w:type="dxa" w:w="9637"/>
        <w:tblBorders>
          <w:top w:val="single" w:sz="4" w:color="E5E5E5"/>
          <w:left w:val="nil"/>
          <w:bottom w:val="single" w:sz="4" w:color="E5E5E5"/>
          <w:right w:val="nil"/>
          <w:insideH w:val="single" w:sz="4" w:color="E5E5E5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5215"/>
        <w:gridCol w:w="1020"/>
        <w:gridCol w:w="1644"/>
        <w:gridCol w:w="1757"/>
      </w:tblGrid>
      <w:tr>
        <w:tc>
          <w:tcPr>
            <w:tcW w:type="dxa" w:w="5216"/>
            <w:shd w:val="clear" w:color="auto" w:fill="F5F5F5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Description</w:t>
            </w:r>
          </w:p>
        </w:tc>
        <w:tc>
          <w:tcPr>
            <w:tcW w:type="dxa" w:w="1020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Qty</w:t>
            </w:r>
          </w:p>
        </w:tc>
        <w:tc>
          <w:tcPr>
            <w:tcW w:type="dxa" w:w="1644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Unit price</w:t>
            </w:r>
          </w:p>
        </w:tc>
        <w:tc>
          <w:tcPr>
            <w:tcW w:type="dxa" w:w="1757"/>
            <w:shd w:val="clear" w:color="auto" w:fill="F5F5F5"/>
          </w:tcPr>
          <w:p>
            <w:pPr>
              <w:spacing w:after="0"/>
              <w:jc w:val="right"/>
            </w:pPr>
            <w:r/>
            <w:r>
              <w:rPr>
                <w:b/>
                <w:color w:val="737373"/>
                <w:sz w:val="17"/>
              </w:rPr>
              <w:t>Amount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[Deliverable, described so the client understands it]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[Deliverable, described so the client understands it]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[Deliverable, described so the client understands it]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5216"/>
          </w:tcPr>
          <w:p>
            <w:pPr>
              <w:spacing w:after="0"/>
            </w:pPr>
            <w:r/>
            <w:r>
              <w:rPr>
                <w:b w:val="0"/>
                <w:color w:val="171717"/>
                <w:sz w:val="19"/>
              </w:rPr>
              <w:t>[Deliverable, described so the client understands it]</w:t>
            </w:r>
          </w:p>
        </w:tc>
        <w:tc>
          <w:tcPr>
            <w:tcW w:type="dxa" w:w="1020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1</w:t>
            </w:r>
          </w:p>
        </w:tc>
        <w:tc>
          <w:tcPr>
            <w:tcW w:type="dxa" w:w="1644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Subtotal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737373"/>
                <w:sz w:val="19"/>
              </w:rPr>
              <w:t>VAT 21%</w:t>
            </w:r>
          </w:p>
        </w:tc>
        <w:tc>
          <w:tcPr>
            <w:tcW w:type="dxa" w:w="1757"/>
          </w:tcPr>
          <w:p>
            <w:pPr>
              <w:spacing w:after="0"/>
              <w:jc w:val="right"/>
            </w:pPr>
            <w:r/>
            <w:r>
              <w:rPr>
                <w:b w:val="0"/>
                <w:color w:val="171717"/>
                <w:sz w:val="19"/>
              </w:rPr>
              <w:t>€ 0,00</w:t>
            </w:r>
          </w:p>
        </w:tc>
      </w:tr>
      <w:tr>
        <w:tc>
          <w:tcPr>
            <w:tcW w:type="dxa" w:w="1644"/>
            <w:gridSpan w:val="3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Total incl. VAT</w:t>
            </w:r>
          </w:p>
        </w:tc>
        <w:tc>
          <w:tcPr>
            <w:tcW w:type="dxa" w:w="1757"/>
            <w:shd w:val="clear" w:color="auto" w:fill="FFF7ED"/>
          </w:tcPr>
          <w:p>
            <w:pPr>
              <w:spacing w:after="0"/>
              <w:jc w:val="right"/>
            </w:pPr>
            <w:r/>
            <w:r>
              <w:rPr>
                <w:b/>
                <w:color w:val="171717"/>
                <w:sz w:val="19"/>
              </w:rPr>
              <w:t>€ 0,00</w:t>
            </w:r>
          </w:p>
        </w:tc>
      </w:tr>
    </w:tbl>
    <w:p>
      <w:pPr>
        <w:spacing w:after="80" w:before="320"/>
      </w:pPr>
      <w:r>
        <w:rPr>
          <w:b/>
          <w:color w:val="171717"/>
          <w:sz w:val="22"/>
        </w:rPr>
        <w:t>Terms</w:t>
      </w:r>
    </w:p>
    <w:p>
      <w:pPr>
        <w:spacing w:after="40" w:before="0"/>
      </w:pPr>
      <w:r>
        <w:rPr>
          <w:b w:val="0"/>
          <w:color w:val="171717"/>
          <w:sz w:val="19"/>
        </w:rPr>
        <w:t>• Payment: [30% on acceptance, the rest on delivery], within [14] days of invoice.</w:t>
      </w:r>
    </w:p>
    <w:p>
      <w:pPr>
        <w:spacing w:after="40" w:before="0"/>
      </w:pPr>
      <w:r>
        <w:rPr>
          <w:b w:val="0"/>
          <w:color w:val="171717"/>
          <w:sz w:val="19"/>
        </w:rPr>
        <w:t>• Timeline: [start date] to [delivery date].</w:t>
      </w:r>
    </w:p>
    <w:p>
      <w:pPr>
        <w:spacing w:after="40" w:before="0"/>
      </w:pPr>
      <w:r>
        <w:rPr>
          <w:b w:val="0"/>
          <w:color w:val="171717"/>
          <w:sz w:val="19"/>
        </w:rPr>
        <w:t>• Not included: [what's out of scope]. Extra work is quoted separately.</w:t>
      </w:r>
    </w:p>
    <w:p>
      <w:pPr>
        <w:spacing w:after="40" w:before="320"/>
      </w:pPr>
      <w:r>
        <w:rPr>
          <w:b/>
          <w:color w:val="171717"/>
          <w:sz w:val="22"/>
        </w:rPr>
        <w:t>Acceptance</w:t>
      </w:r>
    </w:p>
    <w:p>
      <w:pPr>
        <w:spacing w:after="160" w:before="0"/>
      </w:pPr>
      <w:r>
        <w:rPr>
          <w:b w:val="0"/>
          <w:color w:val="737373"/>
          <w:sz w:val="19"/>
        </w:rPr>
        <w:t>Signed for agreement with this quote and its terms.</w:t>
      </w:r>
    </w:p>
    <w:tbl>
      <w:tblPr>
        <w:tblW w:type="dxa" w:w="9637"/>
        <w:tblLayout w:type="fixed"/>
        <w:tblLook w:firstColumn="1" w:firstRow="1" w:lastColumn="0" w:lastRow="0" w:noHBand="0" w:noVBand="1" w:val="04A0"/>
      </w:tblPr>
      <w:tblGrid>
        <w:gridCol w:w="3214"/>
        <w:gridCol w:w="3208"/>
        <w:gridCol w:w="3214"/>
      </w:tblGrid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Name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Date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/>
                <w:color w:val="737373"/>
                <w:sz w:val="17"/>
              </w:rPr>
              <w:t>Signature</w:t>
            </w:r>
          </w:p>
        </w:tc>
      </w:tr>
      <w:tr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09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  <w:tc>
          <w:tcPr>
            <w:tcW w:type="dxa" w:w="3214"/>
          </w:tcPr>
          <w:p>
            <w:pPr>
              <w:spacing w:after="0"/>
            </w:pPr>
            <w:r/>
            <w:r>
              <w:rPr>
                <w:b w:val="0"/>
                <w:color w:val="737373"/>
                <w:sz w:val="19"/>
              </w:rPr>
              <w:br/>
              <w:br/>
              <w:t>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37373"/>
        <w:sz w:val="16"/>
      </w:rPr>
      <w:t>Want clients to choose options and sign online? Send this quote interactively for free at offinal.com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</dc:title>
  <dc:subject/>
  <dc:creator>Offinal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