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7"/>
        <w:jc w:val="center"/>
        <w:tblLayout w:type="fixed"/>
        <w:tblLook w:firstColumn="1" w:firstRow="1" w:lastColumn="0" w:lastRow="0" w:noHBand="0" w:noVBand="1" w:val="04A0"/>
      </w:tblPr>
      <w:tblGrid>
        <w:gridCol w:w="6236"/>
        <w:gridCol w:w="3401"/>
      </w:tblGrid>
      <w:tr>
        <w:tc>
          <w:tcPr>
            <w:tcW w:type="dxa" w:w="6236"/>
          </w:tcPr>
          <w:p>
            <w:pPr>
              <w:spacing w:after="0"/>
            </w:pPr>
            <w:r/>
            <w:r>
              <w:rPr>
                <w:b/>
                <w:color w:val="171717"/>
                <w:sz w:val="28"/>
              </w:rPr>
              <w:t>[Nombre de tu empresa]</w:t>
            </w:r>
          </w:p>
          <w:p>
            <w:pPr>
              <w:spacing w:after="0" w:before="40"/>
            </w:pPr>
            <w:r>
              <w:rPr>
                <w:b w:val="0"/>
                <w:color w:val="737373"/>
                <w:sz w:val="18"/>
              </w:rPr>
              <w:t>[Calle y número] · [Código postal y ciudad]</w:t>
              <w:br/>
            </w:r>
            <w:r>
              <w:rPr>
                <w:b w:val="0"/>
                <w:color w:val="737373"/>
                <w:sz w:val="18"/>
              </w:rPr>
              <w:t>NIF [B12345678]</w:t>
              <w:br/>
            </w:r>
            <w:r>
              <w:rPr>
                <w:b w:val="0"/>
                <w:color w:val="737373"/>
                <w:sz w:val="18"/>
              </w:rPr>
              <w:t>[email@tuempresa.es] · [+34 600 000 000]</w:t>
            </w:r>
          </w:p>
        </w:tc>
        <w:tc>
          <w:tcPr>
            <w:tcW w:type="dxa" w:w="3402"/>
          </w:tcPr>
          <w:p>
            <w:pPr>
              <w:spacing w:after="0"/>
              <w:jc w:val="right"/>
            </w:pPr>
            <w:r/>
            <w:r>
              <w:rPr>
                <w:b/>
                <w:color w:val="EA580C"/>
                <w:sz w:val="44"/>
              </w:rPr>
              <w:t>PRESUPUESTO</w:t>
            </w:r>
          </w:p>
        </w:tc>
      </w:tr>
    </w:tbl>
    <w:p>
      <w:pPr>
        <w:spacing w:after="200" w:before="0"/>
      </w:pPr>
      <w:r>
        <w:rPr>
          <w:b w:val="0"/>
          <w:color w:val="171717"/>
          <w:sz w:val="20"/>
        </w:rPr>
      </w:r>
    </w:p>
    <w:tbl>
      <w:tblPr>
        <w:tblW w:type="dxa" w:w="9637"/>
        <w:tblLayout w:type="fixed"/>
        <w:tblLook w:firstColumn="1" w:firstRow="1" w:lastColumn="0" w:lastRow="0" w:noHBand="0" w:noVBand="1" w:val="04A0"/>
      </w:tblPr>
      <w:tblGrid>
        <w:gridCol w:w="5102"/>
        <w:gridCol w:w="4535"/>
      </w:tblGrid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Presupuesto para</w:t>
            </w:r>
          </w:p>
          <w:p>
            <w:pPr>
              <w:spacing w:after="0" w:before="40"/>
            </w:pPr>
            <w:r>
              <w:rPr>
                <w:b w:val="0"/>
                <w:color w:val="171717"/>
                <w:sz w:val="20"/>
              </w:rPr>
              <w:t>[Nombre del cliente]</w:t>
              <w:br/>
            </w:r>
            <w:r>
              <w:rPr>
                <w:b w:val="0"/>
                <w:color w:val="171717"/>
                <w:sz w:val="20"/>
              </w:rPr>
              <w:t>[Empresa del cliente]</w:t>
              <w:br/>
            </w:r>
            <w:r>
              <w:rPr>
                <w:b w:val="0"/>
                <w:color w:val="171717"/>
                <w:sz w:val="20"/>
              </w:rPr>
              <w:t>[Calle y número]</w:t>
              <w:br/>
            </w:r>
            <w:r>
              <w:rPr>
                <w:b w:val="0"/>
                <w:color w:val="171717"/>
                <w:sz w:val="20"/>
              </w:rPr>
              <w:t>[Código postal y ciudad]</w:t>
            </w:r>
          </w:p>
        </w:tc>
        <w:tc>
          <w:tcPr>
            <w:tcW w:type="dxa" w:w="4535"/>
          </w:tcPr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Nº de presupuesto: </w:t>
            </w:r>
            <w:r>
              <w:rPr>
                <w:b/>
                <w:sz w:val="19"/>
              </w:rPr>
              <w:t>[2026-001]</w:t>
            </w:r>
          </w:p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Fecha: </w:t>
            </w:r>
            <w:r>
              <w:rPr>
                <w:b/>
                <w:sz w:val="19"/>
              </w:rPr>
              <w:t>[DD/MM/AAAA]</w:t>
            </w:r>
          </w:p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Válido hasta: </w:t>
            </w:r>
            <w:r>
              <w:rPr>
                <w:b/>
                <w:sz w:val="19"/>
              </w:rPr>
              <w:t>[DD/MM/AAAA]</w:t>
            </w:r>
          </w:p>
        </w:tc>
      </w:tr>
    </w:tbl>
    <w:p>
      <w:pPr>
        <w:spacing w:after="200" w:before="280"/>
      </w:pPr>
      <w:r>
        <w:rPr>
          <w:b w:val="0"/>
          <w:color w:val="171717"/>
          <w:sz w:val="20"/>
        </w:rPr>
        <w:t>[Una o dos frases sobre el proyecto: qué entregas y con qué objetivo.]</w:t>
      </w:r>
    </w:p>
    <w:tbl>
      <w:tblPr>
        <w:tblW w:type="dxa" w:w="9637"/>
        <w:tblBorders>
          <w:top w:val="single" w:sz="4" w:color="E5E5E5"/>
          <w:left w:val="nil"/>
          <w:bottom w:val="single" w:sz="4" w:color="E5E5E5"/>
          <w:right w:val="nil"/>
          <w:insideH w:val="single" w:sz="4" w:color="E5E5E5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215"/>
        <w:gridCol w:w="1020"/>
        <w:gridCol w:w="1644"/>
        <w:gridCol w:w="1757"/>
      </w:tblGrid>
      <w:tr>
        <w:tc>
          <w:tcPr>
            <w:tcW w:type="dxa" w:w="5216"/>
            <w:shd w:val="clear" w:color="auto" w:fill="F5F5F5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Descripción</w:t>
            </w:r>
          </w:p>
        </w:tc>
        <w:tc>
          <w:tcPr>
            <w:tcW w:type="dxa" w:w="1020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Cant.</w:t>
            </w:r>
          </w:p>
        </w:tc>
        <w:tc>
          <w:tcPr>
            <w:tcW w:type="dxa" w:w="1644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Precio unitario</w:t>
            </w:r>
          </w:p>
        </w:tc>
        <w:tc>
          <w:tcPr>
            <w:tcW w:type="dxa" w:w="1757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Importe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[Trabajo o servicio, descrito para que el cliente lo entienda]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[Trabajo o servicio, descrito para que el cliente lo entienda]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[Trabajo o servicio, descrito para que el cliente lo entienda]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[Trabajo o servicio, descrito para que el cliente lo entienda]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737373"/>
                <w:sz w:val="19"/>
              </w:rPr>
              <w:t>Base imponible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737373"/>
                <w:sz w:val="19"/>
              </w:rPr>
              <w:t>IVA 21 %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  <w:shd w:val="clear" w:color="auto" w:fill="FFF7ED"/>
          </w:tcPr>
          <w:p>
            <w:pPr>
              <w:spacing w:after="0"/>
              <w:jc w:val="right"/>
            </w:pPr>
            <w:r/>
            <w:r>
              <w:rPr>
                <w:b/>
                <w:color w:val="171717"/>
                <w:sz w:val="19"/>
              </w:rPr>
              <w:t>Total IVA incluido</w:t>
            </w:r>
          </w:p>
        </w:tc>
        <w:tc>
          <w:tcPr>
            <w:tcW w:type="dxa" w:w="1757"/>
            <w:shd w:val="clear" w:color="auto" w:fill="FFF7ED"/>
          </w:tcPr>
          <w:p>
            <w:pPr>
              <w:spacing w:after="0"/>
              <w:jc w:val="right"/>
            </w:pPr>
            <w:r/>
            <w:r>
              <w:rPr>
                <w:b/>
                <w:color w:val="171717"/>
                <w:sz w:val="19"/>
              </w:rPr>
              <w:t>€ 0,00</w:t>
            </w:r>
          </w:p>
        </w:tc>
      </w:tr>
    </w:tbl>
    <w:p>
      <w:pPr>
        <w:spacing w:after="80" w:before="320"/>
      </w:pPr>
      <w:r>
        <w:rPr>
          <w:b/>
          <w:color w:val="171717"/>
          <w:sz w:val="22"/>
        </w:rPr>
        <w:t>Condiciones</w:t>
      </w:r>
    </w:p>
    <w:p>
      <w:pPr>
        <w:spacing w:after="40" w:before="0"/>
      </w:pPr>
      <w:r>
        <w:rPr>
          <w:b w:val="0"/>
          <w:color w:val="171717"/>
          <w:sz w:val="19"/>
        </w:rPr>
        <w:t>• Pago: [30 % al aceptar, el resto a la entrega], a [14] días de la fecha de factura.</w:t>
      </w:r>
    </w:p>
    <w:p>
      <w:pPr>
        <w:spacing w:after="40" w:before="0"/>
      </w:pPr>
      <w:r>
        <w:rPr>
          <w:b w:val="0"/>
          <w:color w:val="171717"/>
          <w:sz w:val="19"/>
        </w:rPr>
        <w:t>• Plazo: del [fecha de inicio] al [fecha de entrega].</w:t>
      </w:r>
    </w:p>
    <w:p>
      <w:pPr>
        <w:spacing w:after="40" w:before="0"/>
      </w:pPr>
      <w:r>
        <w:rPr>
          <w:b w:val="0"/>
          <w:color w:val="171717"/>
          <w:sz w:val="19"/>
        </w:rPr>
        <w:t>• No incluido: [fuera del alcance]. Los trabajos adicionales se presupuestan aparte.</w:t>
      </w:r>
    </w:p>
    <w:p>
      <w:pPr>
        <w:spacing w:after="40" w:before="320"/>
      </w:pPr>
      <w:r>
        <w:rPr>
          <w:b/>
          <w:color w:val="171717"/>
          <w:sz w:val="22"/>
        </w:rPr>
        <w:t>Aceptación</w:t>
      </w:r>
    </w:p>
    <w:p>
      <w:pPr>
        <w:spacing w:after="160" w:before="0"/>
      </w:pPr>
      <w:r>
        <w:rPr>
          <w:b w:val="0"/>
          <w:color w:val="737373"/>
          <w:sz w:val="19"/>
        </w:rPr>
        <w:t>Conforme con este presupuesto y sus condiciones.</w:t>
      </w:r>
    </w:p>
    <w:tbl>
      <w:tblPr>
        <w:tblW w:type="dxa" w:w="9637"/>
        <w:tblLayout w:type="fixed"/>
        <w:tblLook w:firstColumn="1" w:firstRow="1" w:lastColumn="0" w:lastRow="0" w:noHBand="0" w:noVBand="1" w:val="04A0"/>
      </w:tblPr>
      <w:tblGrid>
        <w:gridCol w:w="3214"/>
        <w:gridCol w:w="3208"/>
        <w:gridCol w:w="3214"/>
      </w:tblGrid>
      <w:tr>
        <w:tc>
          <w:tcPr>
            <w:tcW w:type="dxa" w:w="3214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Nombre</w:t>
            </w:r>
          </w:p>
        </w:tc>
        <w:tc>
          <w:tcPr>
            <w:tcW w:type="dxa" w:w="3209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Fecha</w:t>
            </w:r>
          </w:p>
        </w:tc>
        <w:tc>
          <w:tcPr>
            <w:tcW w:type="dxa" w:w="3214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Firma</w:t>
            </w:r>
          </w:p>
        </w:tc>
      </w:tr>
      <w:tr>
        <w:tc>
          <w:tcPr>
            <w:tcW w:type="dxa" w:w="3214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  <w:tc>
          <w:tcPr>
            <w:tcW w:type="dxa" w:w="3209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  <w:tc>
          <w:tcPr>
            <w:tcW w:type="dxa" w:w="3214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37373"/>
        <w:sz w:val="16"/>
      </w:rPr>
      <w:t>¿Quieres que tus clientes elijan opciones y firmen online? Envía este presupuesto interactivo gratis en offinal.com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Offinal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