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401"/>
      </w:tblGrid>
      <w:tr>
        <w:tc>
          <w:tcPr>
            <w:tcW w:type="dxa" w:w="6236"/>
          </w:tcPr>
          <w:p>
            <w:pPr>
              <w:spacing w:after="0"/>
            </w:pPr>
            <w:r/>
            <w:r>
              <w:rPr>
                <w:b/>
                <w:color w:val="171717"/>
                <w:sz w:val="28"/>
              </w:rPr>
              <w:t>[Nom de votre entreprise]</w:t>
            </w:r>
          </w:p>
          <w:p>
            <w:pPr>
              <w:spacing w:after="0" w:before="40"/>
            </w:pPr>
            <w:r>
              <w:rPr>
                <w:b w:val="0"/>
                <w:color w:val="737373"/>
                <w:sz w:val="18"/>
              </w:rPr>
              <w:t>[Rue et numéro] · [Code postal et ville]</w:t>
              <w:br/>
            </w:r>
            <w:r>
              <w:rPr>
                <w:b w:val="0"/>
                <w:color w:val="737373"/>
                <w:sz w:val="18"/>
              </w:rPr>
              <w:t>TVA [BE0123.456.789]</w:t>
              <w:br/>
            </w:r>
            <w:r>
              <w:rPr>
                <w:b w:val="0"/>
                <w:color w:val="737373"/>
                <w:sz w:val="18"/>
              </w:rPr>
              <w:t>[email@votreentreprise.be] · [+32 470 00 00 00]</w:t>
            </w:r>
          </w:p>
        </w:tc>
        <w:tc>
          <w:tcPr>
            <w:tcW w:type="dxa" w:w="3402"/>
          </w:tcPr>
          <w:p>
            <w:pPr>
              <w:spacing w:after="0"/>
              <w:jc w:val="right"/>
            </w:pPr>
            <w:r/>
            <w:r>
              <w:rPr>
                <w:b/>
                <w:color w:val="EA580C"/>
                <w:sz w:val="44"/>
              </w:rPr>
              <w:t>DEVIS</w:t>
            </w:r>
          </w:p>
        </w:tc>
      </w:tr>
    </w:tbl>
    <w:p>
      <w:pPr>
        <w:spacing w:after="200" w:before="0"/>
      </w:pPr>
      <w:r>
        <w:rPr>
          <w:b w:val="0"/>
          <w:color w:val="171717"/>
          <w:sz w:val="20"/>
        </w:rPr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Devis pour</w:t>
            </w:r>
          </w:p>
          <w:p>
            <w:pPr>
              <w:spacing w:after="0" w:before="40"/>
            </w:pPr>
            <w:r>
              <w:rPr>
                <w:b w:val="0"/>
                <w:color w:val="171717"/>
                <w:sz w:val="20"/>
              </w:rPr>
              <w:t>[Nom du client]</w:t>
              <w:br/>
            </w:r>
            <w:r>
              <w:rPr>
                <w:b w:val="0"/>
                <w:color w:val="171717"/>
                <w:sz w:val="20"/>
              </w:rPr>
              <w:t>[Entreprise du client]</w:t>
              <w:br/>
            </w:r>
            <w:r>
              <w:rPr>
                <w:b w:val="0"/>
                <w:color w:val="171717"/>
                <w:sz w:val="20"/>
              </w:rPr>
              <w:t>[Rue et numéro]</w:t>
              <w:br/>
            </w:r>
            <w:r>
              <w:rPr>
                <w:b w:val="0"/>
                <w:color w:val="171717"/>
                <w:sz w:val="20"/>
              </w:rPr>
              <w:t>[Code postal et ville]</w:t>
            </w:r>
          </w:p>
        </w:tc>
        <w:tc>
          <w:tcPr>
            <w:tcW w:type="dxa" w:w="4535"/>
          </w:tcPr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Numéro de devis: </w:t>
            </w:r>
            <w:r>
              <w:rPr>
                <w:b/>
                <w:sz w:val="19"/>
              </w:rPr>
              <w:t>[2026-001]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Date: </w:t>
            </w:r>
            <w:r>
              <w:rPr>
                <w:b/>
                <w:sz w:val="19"/>
              </w:rPr>
              <w:t>[JJ/MM/AAAA]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Valable jusqu'au: </w:t>
            </w:r>
            <w:r>
              <w:rPr>
                <w:b/>
                <w:sz w:val="19"/>
              </w:rPr>
              <w:t>[JJ/MM/AAAA]</w:t>
            </w:r>
          </w:p>
        </w:tc>
      </w:tr>
    </w:tbl>
    <w:p>
      <w:pPr>
        <w:spacing w:after="200" w:before="280"/>
      </w:pPr>
      <w:r>
        <w:rPr>
          <w:b w:val="0"/>
          <w:color w:val="171717"/>
          <w:sz w:val="20"/>
        </w:rPr>
        <w:t>[Une ou deux phrases sur le projet : ce que vous livrez et dans quel but.]</w:t>
      </w:r>
    </w:p>
    <w:tbl>
      <w:tblPr>
        <w:tblW w:type="dxa" w:w="9637"/>
        <w:tblBorders>
          <w:top w:val="single" w:sz="4" w:color="E5E5E5"/>
          <w:left w:val="nil"/>
          <w:bottom w:val="single" w:sz="4" w:color="E5E5E5"/>
          <w:right w:val="nil"/>
          <w:insideH w:val="single" w:sz="4" w:color="E5E5E5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215"/>
        <w:gridCol w:w="1020"/>
        <w:gridCol w:w="1644"/>
        <w:gridCol w:w="1757"/>
      </w:tblGrid>
      <w:tr>
        <w:tc>
          <w:tcPr>
            <w:tcW w:type="dxa" w:w="5216"/>
            <w:shd w:val="clear" w:color="auto" w:fill="F5F5F5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Description</w:t>
            </w:r>
          </w:p>
        </w:tc>
        <w:tc>
          <w:tcPr>
            <w:tcW w:type="dxa" w:w="1020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Qté</w:t>
            </w:r>
          </w:p>
        </w:tc>
        <w:tc>
          <w:tcPr>
            <w:tcW w:type="dxa" w:w="1644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Prix unitaire</w:t>
            </w:r>
          </w:p>
        </w:tc>
        <w:tc>
          <w:tcPr>
            <w:tcW w:type="dxa" w:w="1757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Montant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[Prestation, décrite pour que le client la comprenne]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[Prestation, décrite pour que le client la comprenne]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[Prestation, décrite pour que le client la comprenne]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[Prestation, décrite pour que le client la comprenne]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Sous-total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TVA 21 %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Total TVAC</w:t>
            </w:r>
          </w:p>
        </w:tc>
        <w:tc>
          <w:tcPr>
            <w:tcW w:type="dxa" w:w="1757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€ 0,00</w:t>
            </w:r>
          </w:p>
        </w:tc>
      </w:tr>
    </w:tbl>
    <w:p>
      <w:pPr>
        <w:spacing w:after="80" w:before="320"/>
      </w:pPr>
      <w:r>
        <w:rPr>
          <w:b/>
          <w:color w:val="171717"/>
          <w:sz w:val="22"/>
        </w:rPr>
        <w:t>Conditions</w:t>
      </w:r>
    </w:p>
    <w:p>
      <w:pPr>
        <w:spacing w:after="40" w:before="0"/>
      </w:pPr>
      <w:r>
        <w:rPr>
          <w:b w:val="0"/>
          <w:color w:val="171717"/>
          <w:sz w:val="19"/>
        </w:rPr>
        <w:t>• Paiement : [30 % à l'acceptation, le solde à la livraison], à [14] jours date de facture.</w:t>
      </w:r>
    </w:p>
    <w:p>
      <w:pPr>
        <w:spacing w:after="40" w:before="0"/>
      </w:pPr>
      <w:r>
        <w:rPr>
          <w:b w:val="0"/>
          <w:color w:val="171717"/>
          <w:sz w:val="19"/>
        </w:rPr>
        <w:t>• Calendrier : du [date de début] au [date de livraison].</w:t>
      </w:r>
    </w:p>
    <w:p>
      <w:pPr>
        <w:spacing w:after="40" w:before="0"/>
      </w:pPr>
      <w:r>
        <w:rPr>
          <w:b w:val="0"/>
          <w:color w:val="171717"/>
          <w:sz w:val="19"/>
        </w:rPr>
        <w:t>• Non compris : [hors périmètre]. Tout travail supplémentaire fera l'objet d'un devis séparé.</w:t>
      </w:r>
    </w:p>
    <w:p>
      <w:pPr>
        <w:spacing w:after="40" w:before="320"/>
      </w:pPr>
      <w:r>
        <w:rPr>
          <w:b/>
          <w:color w:val="171717"/>
          <w:sz w:val="22"/>
        </w:rPr>
        <w:t>Acceptation</w:t>
      </w:r>
    </w:p>
    <w:p>
      <w:pPr>
        <w:spacing w:after="160" w:before="0"/>
      </w:pPr>
      <w:r>
        <w:rPr>
          <w:b w:val="0"/>
          <w:color w:val="737373"/>
          <w:sz w:val="19"/>
        </w:rPr>
        <w:t>Bon pour accord sur ce devis et ses conditions.</w:t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3214"/>
        <w:gridCol w:w="3208"/>
        <w:gridCol w:w="3214"/>
      </w:tblGrid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Nom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Date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Signature</w:t>
            </w:r>
          </w:p>
        </w:tc>
      </w:tr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7373"/>
        <w:sz w:val="16"/>
      </w:rPr>
      <w:t>Envie que vos clients choisissent leurs options et signent en ligne ? Envoyez ce devis gratuitement en version interactive sur offinal.com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</dc:title>
  <dc:subject/>
  <dc:creator>Offinal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