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[Nome della tua azienda]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[Via e numero] · [CAP e città]</w:t>
              <w:br/>
            </w:r>
            <w:r>
              <w:rPr>
                <w:b w:val="0"/>
                <w:color w:val="737373"/>
                <w:sz w:val="18"/>
              </w:rPr>
              <w:t>P. IVA [IT01234567890]</w:t>
              <w:br/>
            </w:r>
            <w:r>
              <w:rPr>
                <w:b w:val="0"/>
                <w:color w:val="737373"/>
                <w:sz w:val="18"/>
              </w:rPr>
              <w:t>[email@tuaazienda.it] · [+39 02 0000000]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PREVENTIVO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Preventivo per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[Nome cliente]</w:t>
              <w:br/>
            </w:r>
            <w:r>
              <w:rPr>
                <w:b w:val="0"/>
                <w:color w:val="171717"/>
                <w:sz w:val="20"/>
              </w:rPr>
              <w:t>[Azienda cliente]</w:t>
              <w:br/>
            </w:r>
            <w:r>
              <w:rPr>
                <w:b w:val="0"/>
                <w:color w:val="171717"/>
                <w:sz w:val="20"/>
              </w:rPr>
              <w:t>[Via e numero]</w:t>
              <w:br/>
            </w:r>
            <w:r>
              <w:rPr>
                <w:b w:val="0"/>
                <w:color w:val="171717"/>
                <w:sz w:val="20"/>
              </w:rPr>
              <w:t>[CAP e città]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Numero preventivo: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Data: </w:t>
            </w:r>
            <w:r>
              <w:rPr>
                <w:b/>
                <w:sz w:val="19"/>
              </w:rPr>
              <w:t>[GG/MM/AAAA]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Valido fino al: </w:t>
            </w:r>
            <w:r>
              <w:rPr>
                <w:b/>
                <w:sz w:val="19"/>
              </w:rPr>
              <w:t>[GG/MM/AAAA]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[Una o due frasi sul progetto: cosa consegni e con quale obiettivo.]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Descrizione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Q.tà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Prezzo unitario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Importo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[Prestazione, descritta in modo che il cliente la capisca]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[Prestazione, descritta in modo che il cliente la capisca]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[Prestazione, descritta in modo che il cliente la capisca]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[Prestazione, descritta in modo che il cliente la capisca]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Imponibile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IVA 22%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Totale IVA inclusa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Condizioni</w:t>
      </w:r>
    </w:p>
    <w:p>
      <w:pPr>
        <w:spacing w:after="40" w:before="0"/>
      </w:pPr>
      <w:r>
        <w:rPr>
          <w:b w:val="0"/>
          <w:color w:val="171717"/>
          <w:sz w:val="19"/>
        </w:rPr>
        <w:t>• Pagamento: [30% all'accettazione, il saldo alla consegna], entro [14] giorni dalla data fattura.</w:t>
      </w:r>
    </w:p>
    <w:p>
      <w:pPr>
        <w:spacing w:after="40" w:before="0"/>
      </w:pPr>
      <w:r>
        <w:rPr>
          <w:b w:val="0"/>
          <w:color w:val="171717"/>
          <w:sz w:val="19"/>
        </w:rPr>
        <w:t>• Tempi: dal [data di inizio] al [data di consegna].</w:t>
      </w:r>
    </w:p>
    <w:p>
      <w:pPr>
        <w:spacing w:after="40" w:before="0"/>
      </w:pPr>
      <w:r>
        <w:rPr>
          <w:b w:val="0"/>
          <w:color w:val="171717"/>
          <w:sz w:val="19"/>
        </w:rPr>
        <w:t>• Non incluso: [fuori ambito]. Lavori extra saranno quotati a parte.</w:t>
      </w:r>
    </w:p>
    <w:p>
      <w:pPr>
        <w:spacing w:after="40" w:before="320"/>
      </w:pPr>
      <w:r>
        <w:rPr>
          <w:b/>
          <w:color w:val="171717"/>
          <w:sz w:val="22"/>
        </w:rPr>
        <w:t>Accettazione</w:t>
      </w:r>
    </w:p>
    <w:p>
      <w:pPr>
        <w:spacing w:after="160" w:before="0"/>
      </w:pPr>
      <w:r>
        <w:rPr>
          <w:b w:val="0"/>
          <w:color w:val="737373"/>
          <w:sz w:val="19"/>
        </w:rPr>
        <w:t>Per accettazione del presente preventivo e delle sue condizioni.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Nome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Data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Firma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Vuoi che i clienti scelgano le opzioni e firmino online? Invia questo preventivo in versione interattiva gratis su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