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[Naam van je bedrijf]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[Straat en nummer] · [Postcode en gemeente]</w:t>
              <w:br/>
            </w:r>
            <w:r>
              <w:rPr>
                <w:b w:val="0"/>
                <w:color w:val="737373"/>
                <w:sz w:val="18"/>
              </w:rPr>
              <w:t>Btw [BE0123.456.789]</w:t>
              <w:br/>
            </w:r>
            <w:r>
              <w:rPr>
                <w:b w:val="0"/>
                <w:color w:val="737373"/>
                <w:sz w:val="18"/>
              </w:rPr>
              <w:t>[email@jouwbedrijf.be] · [+32 470 00 00 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OFFERTE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Offerte voor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[Naam klant]</w:t>
              <w:br/>
            </w:r>
            <w:r>
              <w:rPr>
                <w:b w:val="0"/>
                <w:color w:val="171717"/>
                <w:sz w:val="20"/>
              </w:rPr>
              <w:t>[Bedrijf klant]</w:t>
              <w:br/>
            </w:r>
            <w:r>
              <w:rPr>
                <w:b w:val="0"/>
                <w:color w:val="171717"/>
                <w:sz w:val="20"/>
              </w:rPr>
              <w:t>[Straat en nummer]</w:t>
              <w:br/>
            </w:r>
            <w:r>
              <w:rPr>
                <w:b w:val="0"/>
                <w:color w:val="171717"/>
                <w:sz w:val="20"/>
              </w:rPr>
              <w:t>[Postcode en gemeente]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Offertenummer: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Datum: </w:t>
            </w:r>
            <w:r>
              <w:rPr>
                <w:b/>
                <w:sz w:val="19"/>
              </w:rPr>
              <w:t>[DD/MM/JJJJ]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Geldig tot: </w:t>
            </w:r>
            <w:r>
              <w:rPr>
                <w:b/>
                <w:sz w:val="19"/>
              </w:rPr>
              <w:t>[DD/MM/JJJJ]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[Eén of twee zinnen over het project: wat je levert en met welk doel.]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Omschrijving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Aantal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Eenheidsprijs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Bedrag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[Wat de klant krijgt, zo omschreven dat hij het begrijpt]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[Wat de klant krijgt, zo omschreven dat hij het begrijpt]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[Wat de klant krijgt, zo omschreven dat hij het begrijpt]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[Wat de klant krijgt, zo omschreven dat hij het begrijpt]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Subtotaal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Btw 21%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Totaal incl. btw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Voorwaarden</w:t>
      </w:r>
    </w:p>
    <w:p>
      <w:pPr>
        <w:spacing w:after="40" w:before="0"/>
      </w:pPr>
      <w:r>
        <w:rPr>
          <w:b w:val="0"/>
          <w:color w:val="171717"/>
          <w:sz w:val="19"/>
        </w:rPr>
        <w:t>• Betaling: [30% bij akkoord, de rest bij oplevering], binnen [14] dagen na factuurdatum.</w:t>
      </w:r>
    </w:p>
    <w:p>
      <w:pPr>
        <w:spacing w:after="40" w:before="0"/>
      </w:pPr>
      <w:r>
        <w:rPr>
          <w:b w:val="0"/>
          <w:color w:val="171717"/>
          <w:sz w:val="19"/>
        </w:rPr>
        <w:t>• Planning: [startdatum] tot [opleverdatum].</w:t>
      </w:r>
    </w:p>
    <w:p>
      <w:pPr>
        <w:spacing w:after="40" w:before="0"/>
      </w:pPr>
      <w:r>
        <w:rPr>
          <w:b w:val="0"/>
          <w:color w:val="171717"/>
          <w:sz w:val="19"/>
        </w:rPr>
        <w:t>• Niet inbegrepen: [wat buiten de opdracht valt]. Meerwerk wordt apart geoffreerd.</w:t>
      </w:r>
    </w:p>
    <w:p>
      <w:pPr>
        <w:spacing w:after="40" w:before="320"/>
      </w:pPr>
      <w:r>
        <w:rPr>
          <w:b/>
          <w:color w:val="171717"/>
          <w:sz w:val="22"/>
        </w:rPr>
        <w:t>Akkoord</w:t>
      </w:r>
    </w:p>
    <w:p>
      <w:pPr>
        <w:spacing w:after="160" w:before="0"/>
      </w:pPr>
      <w:r>
        <w:rPr>
          <w:b w:val="0"/>
          <w:color w:val="737373"/>
          <w:sz w:val="19"/>
        </w:rPr>
        <w:t>Voor akkoord ondertekend, met deze offerte en de voorwaarden.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Naam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Datum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Handtekening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Wil je dat klanten opties kiezen en online tekenen? Verstuur deze offerte gratis interactief via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