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401"/>
      </w:tblGrid>
      <w:tr>
        <w:tc>
          <w:tcPr>
            <w:tcW w:type="dxa" w:w="6236"/>
          </w:tcPr>
          <w:p>
            <w:pPr>
              <w:spacing w:after="0"/>
            </w:pPr>
            <w:r/>
            <w:r>
              <w:rPr>
                <w:b/>
                <w:color w:val="171717"/>
                <w:sz w:val="28"/>
              </w:rPr>
              <w:t>[Firmanavnet ditt]</w:t>
            </w:r>
          </w:p>
          <w:p>
            <w:pPr>
              <w:spacing w:after="0" w:before="40"/>
            </w:pPr>
            <w:r>
              <w:rPr>
                <w:b w:val="0"/>
                <w:color w:val="737373"/>
                <w:sz w:val="18"/>
              </w:rPr>
              <w:t>[Adresse] · [Postnummer og sted]</w:t>
              <w:br/>
            </w:r>
            <w:r>
              <w:rPr>
                <w:b w:val="0"/>
                <w:color w:val="737373"/>
                <w:sz w:val="18"/>
              </w:rPr>
              <w:t>Org.nr. [912 345 678 MVA]</w:t>
              <w:br/>
            </w:r>
            <w:r>
              <w:rPr>
                <w:b w:val="0"/>
                <w:color w:val="737373"/>
                <w:sz w:val="18"/>
              </w:rPr>
              <w:t>[post@dittfirma.no] · [+47 900 00 000]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/>
            <w:r>
              <w:rPr>
                <w:b/>
                <w:color w:val="EA580C"/>
                <w:sz w:val="44"/>
              </w:rPr>
              <w:t>TILBUD</w:t>
            </w:r>
          </w:p>
        </w:tc>
      </w:tr>
    </w:tbl>
    <w:p>
      <w:pPr>
        <w:spacing w:after="200" w:before="0"/>
      </w:pPr>
      <w:r>
        <w:rPr>
          <w:b w:val="0"/>
          <w:color w:val="171717"/>
          <w:sz w:val="20"/>
        </w:rPr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Tilbud til</w:t>
            </w:r>
          </w:p>
          <w:p>
            <w:pPr>
              <w:spacing w:after="0" w:before="40"/>
            </w:pPr>
            <w:r>
              <w:rPr>
                <w:b w:val="0"/>
                <w:color w:val="171717"/>
                <w:sz w:val="20"/>
              </w:rPr>
              <w:t>[Kundens navn]</w:t>
              <w:br/>
            </w:r>
            <w:r>
              <w:rPr>
                <w:b w:val="0"/>
                <w:color w:val="171717"/>
                <w:sz w:val="20"/>
              </w:rPr>
              <w:t>[Kundens firma]</w:t>
              <w:br/>
            </w:r>
            <w:r>
              <w:rPr>
                <w:b w:val="0"/>
                <w:color w:val="171717"/>
                <w:sz w:val="20"/>
              </w:rPr>
              <w:t>[Adresse]</w:t>
              <w:br/>
            </w:r>
            <w:r>
              <w:rPr>
                <w:b w:val="0"/>
                <w:color w:val="171717"/>
                <w:sz w:val="20"/>
              </w:rPr>
              <w:t>[Postnummer og sted]</w:t>
            </w:r>
          </w:p>
        </w:tc>
        <w:tc>
          <w:tcPr>
            <w:tcW w:type="dxa" w:w="4535"/>
          </w:tcPr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Tilbudsnummer: </w:t>
            </w:r>
            <w:r>
              <w:rPr>
                <w:b/>
                <w:sz w:val="19"/>
              </w:rPr>
              <w:t>[2026-001]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Dato: </w:t>
            </w:r>
            <w:r>
              <w:rPr>
                <w:b/>
                <w:sz w:val="19"/>
              </w:rPr>
              <w:t>[DD.MM.ÅÅÅÅ]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Gyldig til: </w:t>
            </w:r>
            <w:r>
              <w:rPr>
                <w:b/>
                <w:sz w:val="19"/>
              </w:rPr>
              <w:t>[DD.MM.ÅÅÅÅ]</w:t>
            </w:r>
          </w:p>
        </w:tc>
      </w:tr>
    </w:tbl>
    <w:p>
      <w:pPr>
        <w:spacing w:after="200" w:before="280"/>
      </w:pPr>
      <w:r>
        <w:rPr>
          <w:b w:val="0"/>
          <w:color w:val="171717"/>
          <w:sz w:val="20"/>
        </w:rPr>
        <w:t>[En eller to setninger om prosjektet: hva du leverer og hva målet er.]</w:t>
      </w:r>
    </w:p>
    <w:tbl>
      <w:tblPr>
        <w:tblW w:type="dxa" w:w="9637"/>
        <w:tblBorders>
          <w:top w:val="single" w:sz="4" w:color="E5E5E5"/>
          <w:left w:val="nil"/>
          <w:bottom w:val="single" w:sz="4" w:color="E5E5E5"/>
          <w:right w:val="nil"/>
          <w:insideH w:val="single" w:sz="4" w:color="E5E5E5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215"/>
        <w:gridCol w:w="1020"/>
        <w:gridCol w:w="1644"/>
        <w:gridCol w:w="1757"/>
      </w:tblGrid>
      <w:tr>
        <w:tc>
          <w:tcPr>
            <w:tcW w:type="dxa" w:w="5216"/>
            <w:shd w:val="clear" w:color="auto" w:fill="F5F5F5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Beskrivelse</w:t>
            </w:r>
          </w:p>
        </w:tc>
        <w:tc>
          <w:tcPr>
            <w:tcW w:type="dxa" w:w="1020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Antall</w:t>
            </w:r>
          </w:p>
        </w:tc>
        <w:tc>
          <w:tcPr>
            <w:tcW w:type="dxa" w:w="1644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Enhetspris</w:t>
            </w:r>
          </w:p>
        </w:tc>
        <w:tc>
          <w:tcPr>
            <w:tcW w:type="dxa" w:w="1757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Beløp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[Leveranse, beskrevet slik at kunden forstår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[Leveranse, beskrevet slik at kunden forstår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[Leveranse, beskrevet slik at kunden forstår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[Leveranse, beskrevet slik at kunden forstår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Sum eks. mva.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MVA 25 %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Totalt inkl. mva.</w:t>
            </w:r>
          </w:p>
        </w:tc>
        <w:tc>
          <w:tcPr>
            <w:tcW w:type="dxa" w:w="1757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€ 0,00</w:t>
            </w:r>
          </w:p>
        </w:tc>
      </w:tr>
    </w:tbl>
    <w:p>
      <w:pPr>
        <w:spacing w:after="80" w:before="320"/>
      </w:pPr>
      <w:r>
        <w:rPr>
          <w:b/>
          <w:color w:val="171717"/>
          <w:sz w:val="22"/>
        </w:rPr>
        <w:t>Vilkår</w:t>
      </w:r>
    </w:p>
    <w:p>
      <w:pPr>
        <w:spacing w:after="40" w:before="0"/>
      </w:pPr>
      <w:r>
        <w:rPr>
          <w:b w:val="0"/>
          <w:color w:val="171717"/>
          <w:sz w:val="19"/>
        </w:rPr>
        <w:t>• Betaling: [30 % ved aksept, resten ved levering], innen [14] dager etter fakturadato.</w:t>
      </w:r>
    </w:p>
    <w:p>
      <w:pPr>
        <w:spacing w:after="40" w:before="0"/>
      </w:pPr>
      <w:r>
        <w:rPr>
          <w:b w:val="0"/>
          <w:color w:val="171717"/>
          <w:sz w:val="19"/>
        </w:rPr>
        <w:t>• Tidsplan: [startdato] til [leveringsdato].</w:t>
      </w:r>
    </w:p>
    <w:p>
      <w:pPr>
        <w:spacing w:after="40" w:before="0"/>
      </w:pPr>
      <w:r>
        <w:rPr>
          <w:b w:val="0"/>
          <w:color w:val="171717"/>
          <w:sz w:val="19"/>
        </w:rPr>
        <w:t>• Ikke inkludert: [utenfor oppdraget]. Tilleggsarbeid prises separat.</w:t>
      </w:r>
    </w:p>
    <w:p>
      <w:pPr>
        <w:spacing w:after="40" w:before="320"/>
      </w:pPr>
      <w:r>
        <w:rPr>
          <w:b/>
          <w:color w:val="171717"/>
          <w:sz w:val="22"/>
        </w:rPr>
        <w:t>Aksept</w:t>
      </w:r>
    </w:p>
    <w:p>
      <w:pPr>
        <w:spacing w:after="160" w:before="0"/>
      </w:pPr>
      <w:r>
        <w:rPr>
          <w:b w:val="0"/>
          <w:color w:val="737373"/>
          <w:sz w:val="19"/>
        </w:rPr>
        <w:t>Tilbudet og vilkårene aksepteres herved.</w:t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3214"/>
        <w:gridCol w:w="3208"/>
        <w:gridCol w:w="3214"/>
      </w:tblGrid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Navn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Dato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Signatur</w:t>
            </w:r>
          </w:p>
        </w:tc>
      </w:tr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373"/>
        <w:sz w:val="16"/>
      </w:rPr>
      <w:t>Vil du at kunder skal velge alternativer og signere på nett? Send tilbudet interaktivt gratis via offinal.com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Tilbud</dc:title>
  <dc:subject/>
  <dc:creator>Offinal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