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7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3401"/>
      </w:tblGrid>
      <w:tr>
        <w:tc>
          <w:tcPr>
            <w:tcW w:type="dxa" w:w="6236"/>
          </w:tcPr>
          <w:p>
            <w:pPr>
              <w:spacing w:after="0"/>
            </w:pPr>
            <w:r/>
            <w:r>
              <w:rPr>
                <w:b/>
                <w:color w:val="171717"/>
                <w:sz w:val="28"/>
              </w:rPr>
              <w:t>[Nazwa Twojej firmy]</w:t>
            </w:r>
          </w:p>
          <w:p>
            <w:pPr>
              <w:spacing w:after="0" w:before="40"/>
            </w:pPr>
            <w:r>
              <w:rPr>
                <w:b w:val="0"/>
                <w:color w:val="737373"/>
                <w:sz w:val="18"/>
              </w:rPr>
              <w:t>[Ulica i numer] · [Kod pocztowy i miejscowość]</w:t>
              <w:br/>
            </w:r>
            <w:r>
              <w:rPr>
                <w:b w:val="0"/>
                <w:color w:val="737373"/>
                <w:sz w:val="18"/>
              </w:rPr>
              <w:t>NIP [PL1234567890]</w:t>
              <w:br/>
            </w:r>
            <w:r>
              <w:rPr>
                <w:b w:val="0"/>
                <w:color w:val="737373"/>
                <w:sz w:val="18"/>
              </w:rPr>
              <w:t>[email@twojafirma.pl] · [+48 500 000 000]</w:t>
            </w:r>
          </w:p>
        </w:tc>
        <w:tc>
          <w:tcPr>
            <w:tcW w:type="dxa" w:w="3402"/>
          </w:tcPr>
          <w:p>
            <w:pPr>
              <w:spacing w:after="0"/>
              <w:jc w:val="right"/>
            </w:pPr>
            <w:r/>
            <w:r>
              <w:rPr>
                <w:b/>
                <w:color w:val="EA580C"/>
                <w:sz w:val="44"/>
              </w:rPr>
              <w:t>OFERTA</w:t>
            </w:r>
          </w:p>
        </w:tc>
      </w:tr>
    </w:tbl>
    <w:p>
      <w:pPr>
        <w:spacing w:after="200" w:before="0"/>
      </w:pPr>
      <w:r>
        <w:rPr>
          <w:b w:val="0"/>
          <w:color w:val="171717"/>
          <w:sz w:val="20"/>
        </w:rPr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5102"/>
        <w:gridCol w:w="4535"/>
      </w:tblGrid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Oferta dla</w:t>
            </w:r>
          </w:p>
          <w:p>
            <w:pPr>
              <w:spacing w:after="0" w:before="40"/>
            </w:pPr>
            <w:r>
              <w:rPr>
                <w:b w:val="0"/>
                <w:color w:val="171717"/>
                <w:sz w:val="20"/>
              </w:rPr>
              <w:t>[Imię i nazwisko klienta]</w:t>
              <w:br/>
            </w:r>
            <w:r>
              <w:rPr>
                <w:b w:val="0"/>
                <w:color w:val="171717"/>
                <w:sz w:val="20"/>
              </w:rPr>
              <w:t>[Firma klienta]</w:t>
              <w:br/>
            </w:r>
            <w:r>
              <w:rPr>
                <w:b w:val="0"/>
                <w:color w:val="171717"/>
                <w:sz w:val="20"/>
              </w:rPr>
              <w:t>[Ulica i numer]</w:t>
              <w:br/>
            </w:r>
            <w:r>
              <w:rPr>
                <w:b w:val="0"/>
                <w:color w:val="171717"/>
                <w:sz w:val="20"/>
              </w:rPr>
              <w:t>[Kod pocztowy i miejscowość]</w:t>
            </w:r>
          </w:p>
        </w:tc>
        <w:tc>
          <w:tcPr>
            <w:tcW w:type="dxa" w:w="4535"/>
          </w:tcPr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Numer oferty: </w:t>
            </w:r>
            <w:r>
              <w:rPr>
                <w:b/>
                <w:sz w:val="19"/>
              </w:rPr>
              <w:t>[2026-001]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Data: </w:t>
            </w:r>
            <w:r>
              <w:rPr>
                <w:b/>
                <w:sz w:val="19"/>
              </w:rPr>
              <w:t>[DD.MM.RRRR]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Ważna do: </w:t>
            </w:r>
            <w:r>
              <w:rPr>
                <w:b/>
                <w:sz w:val="19"/>
              </w:rPr>
              <w:t>[DD.MM.RRRR]</w:t>
            </w:r>
          </w:p>
        </w:tc>
      </w:tr>
    </w:tbl>
    <w:p>
      <w:pPr>
        <w:spacing w:after="200" w:before="280"/>
      </w:pPr>
      <w:r>
        <w:rPr>
          <w:b w:val="0"/>
          <w:color w:val="171717"/>
          <w:sz w:val="20"/>
        </w:rPr>
        <w:t>[Jedno lub dwa zdania o projekcie: co dostarczasz i w jakim celu.]</w:t>
      </w:r>
    </w:p>
    <w:tbl>
      <w:tblPr>
        <w:tblW w:type="dxa" w:w="9637"/>
        <w:tblBorders>
          <w:top w:val="single" w:sz="4" w:color="E5E5E5"/>
          <w:left w:val="nil"/>
          <w:bottom w:val="single" w:sz="4" w:color="E5E5E5"/>
          <w:right w:val="nil"/>
          <w:insideH w:val="single" w:sz="4" w:color="E5E5E5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215"/>
        <w:gridCol w:w="1020"/>
        <w:gridCol w:w="1644"/>
        <w:gridCol w:w="1757"/>
      </w:tblGrid>
      <w:tr>
        <w:tc>
          <w:tcPr>
            <w:tcW w:type="dxa" w:w="5216"/>
            <w:shd w:val="clear" w:color="auto" w:fill="F5F5F5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Opis</w:t>
            </w:r>
          </w:p>
        </w:tc>
        <w:tc>
          <w:tcPr>
            <w:tcW w:type="dxa" w:w="1020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Ilość</w:t>
            </w:r>
          </w:p>
        </w:tc>
        <w:tc>
          <w:tcPr>
            <w:tcW w:type="dxa" w:w="1644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Cena jedn.</w:t>
            </w:r>
          </w:p>
        </w:tc>
        <w:tc>
          <w:tcPr>
            <w:tcW w:type="dxa" w:w="1757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Kwota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[Usługa lub produkt, opisane zrozumiale dla klienta]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[Usługa lub produkt, opisane zrozumiale dla klienta]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[Usługa lub produkt, opisane zrozumiale dla klienta]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[Usługa lub produkt, opisane zrozumiale dla klienta]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Suma netto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VAT 23%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Razem brutto</w:t>
            </w:r>
          </w:p>
        </w:tc>
        <w:tc>
          <w:tcPr>
            <w:tcW w:type="dxa" w:w="1757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€ 0,00</w:t>
            </w:r>
          </w:p>
        </w:tc>
      </w:tr>
    </w:tbl>
    <w:p>
      <w:pPr>
        <w:spacing w:after="80" w:before="320"/>
      </w:pPr>
      <w:r>
        <w:rPr>
          <w:b/>
          <w:color w:val="171717"/>
          <w:sz w:val="22"/>
        </w:rPr>
        <w:t>Warunki</w:t>
      </w:r>
    </w:p>
    <w:p>
      <w:pPr>
        <w:spacing w:after="40" w:before="0"/>
      </w:pPr>
      <w:r>
        <w:rPr>
          <w:b w:val="0"/>
          <w:color w:val="171717"/>
          <w:sz w:val="19"/>
        </w:rPr>
        <w:t>• Płatność: [30% przy akceptacji, reszta przy odbiorze], w ciągu [14] dni od daty faktury.</w:t>
      </w:r>
    </w:p>
    <w:p>
      <w:pPr>
        <w:spacing w:after="40" w:before="0"/>
      </w:pPr>
      <w:r>
        <w:rPr>
          <w:b w:val="0"/>
          <w:color w:val="171717"/>
          <w:sz w:val="19"/>
        </w:rPr>
        <w:t>• Termin: od [data rozpoczęcia] do [data odbioru].</w:t>
      </w:r>
    </w:p>
    <w:p>
      <w:pPr>
        <w:spacing w:after="40" w:before="0"/>
      </w:pPr>
      <w:r>
        <w:rPr>
          <w:b w:val="0"/>
          <w:color w:val="171717"/>
          <w:sz w:val="19"/>
        </w:rPr>
        <w:t>• Nie obejmuje: [poza zakresem]. Prace dodatkowe wyceniamy osobno.</w:t>
      </w:r>
    </w:p>
    <w:p>
      <w:pPr>
        <w:spacing w:after="40" w:before="320"/>
      </w:pPr>
      <w:r>
        <w:rPr>
          <w:b/>
          <w:color w:val="171717"/>
          <w:sz w:val="22"/>
        </w:rPr>
        <w:t>Akceptacja</w:t>
      </w:r>
    </w:p>
    <w:p>
      <w:pPr>
        <w:spacing w:after="160" w:before="0"/>
      </w:pPr>
      <w:r>
        <w:rPr>
          <w:b w:val="0"/>
          <w:color w:val="737373"/>
          <w:sz w:val="19"/>
        </w:rPr>
        <w:t>Akceptuję niniejszą ofertę i jej warunki.</w:t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3214"/>
        <w:gridCol w:w="3208"/>
        <w:gridCol w:w="3214"/>
      </w:tblGrid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Imię i nazwisko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Data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Podpis</w:t>
            </w:r>
          </w:p>
        </w:tc>
      </w:tr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37373"/>
        <w:sz w:val="16"/>
      </w:rPr>
      <w:t>Chcesz, żeby klienci wybierali opcje i podpisywali online? Wyślij tę ofertę interaktywnie za darmo przez offinal.com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subject/>
  <dc:creator>Offinal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