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[Nome da sua empresa]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[Rua e número] · [Código postal e localidade]</w:t>
              <w:br/>
            </w:r>
            <w:r>
              <w:rPr>
                <w:b w:val="0"/>
                <w:color w:val="737373"/>
                <w:sz w:val="18"/>
              </w:rPr>
              <w:t>NIF [PT123456789]</w:t>
              <w:br/>
            </w:r>
            <w:r>
              <w:rPr>
                <w:b w:val="0"/>
                <w:color w:val="737373"/>
                <w:sz w:val="18"/>
              </w:rPr>
              <w:t>[email@suaempresa.pt] · [+351 910 000 000]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ORÇAMENTO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Orçamento para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[Nome do cliente]</w:t>
              <w:br/>
            </w:r>
            <w:r>
              <w:rPr>
                <w:b w:val="0"/>
                <w:color w:val="171717"/>
                <w:sz w:val="20"/>
              </w:rPr>
              <w:t>[Empresa do cliente]</w:t>
              <w:br/>
            </w:r>
            <w:r>
              <w:rPr>
                <w:b w:val="0"/>
                <w:color w:val="171717"/>
                <w:sz w:val="20"/>
              </w:rPr>
              <w:t>[Rua e número]</w:t>
              <w:br/>
            </w:r>
            <w:r>
              <w:rPr>
                <w:b w:val="0"/>
                <w:color w:val="171717"/>
                <w:sz w:val="20"/>
              </w:rPr>
              <w:t>[Código postal e localidade]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N.º de orçamento: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Data: </w:t>
            </w:r>
            <w:r>
              <w:rPr>
                <w:b/>
                <w:sz w:val="19"/>
              </w:rPr>
              <w:t>[DD/MM/AAAA]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Válido até: </w:t>
            </w:r>
            <w:r>
              <w:rPr>
                <w:b/>
                <w:sz w:val="19"/>
              </w:rPr>
              <w:t>[DD/MM/AAAA]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[Uma ou duas frases sobre o projeto: o que vai entregar e com que objetivo.]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Descrição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Qtd.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Preço unitário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Valor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[Trabalho ou serviço, descrito para que o cliente o entenda]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[Trabalho ou serviço, descrito para que o cliente o entenda]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[Trabalho ou serviço, descrito para que o cliente o entenda]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[Trabalho ou serviço, descrito para que o cliente o entenda]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Subtotal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IVA 23%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Total com IVA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Condições</w:t>
      </w:r>
    </w:p>
    <w:p>
      <w:pPr>
        <w:spacing w:after="40" w:before="0"/>
      </w:pPr>
      <w:r>
        <w:rPr>
          <w:b w:val="0"/>
          <w:color w:val="171717"/>
          <w:sz w:val="19"/>
        </w:rPr>
        <w:t>• Pagamento: [30% na adjudicação, o restante na entrega], a [14] dias da data da fatura.</w:t>
      </w:r>
    </w:p>
    <w:p>
      <w:pPr>
        <w:spacing w:after="40" w:before="0"/>
      </w:pPr>
      <w:r>
        <w:rPr>
          <w:b w:val="0"/>
          <w:color w:val="171717"/>
          <w:sz w:val="19"/>
        </w:rPr>
        <w:t>• Prazo: de [data de início] a [data de entrega].</w:t>
      </w:r>
    </w:p>
    <w:p>
      <w:pPr>
        <w:spacing w:after="40" w:before="0"/>
      </w:pPr>
      <w:r>
        <w:rPr>
          <w:b w:val="0"/>
          <w:color w:val="171717"/>
          <w:sz w:val="19"/>
        </w:rPr>
        <w:t>• Não incluído: [fora do âmbito]. Trabalhos adicionais são orçamentados à parte.</w:t>
      </w:r>
    </w:p>
    <w:p>
      <w:pPr>
        <w:spacing w:after="40" w:before="320"/>
      </w:pPr>
      <w:r>
        <w:rPr>
          <w:b/>
          <w:color w:val="171717"/>
          <w:sz w:val="22"/>
        </w:rPr>
        <w:t>Aceitação</w:t>
      </w:r>
    </w:p>
    <w:p>
      <w:pPr>
        <w:spacing w:after="160" w:before="0"/>
      </w:pPr>
      <w:r>
        <w:rPr>
          <w:b w:val="0"/>
          <w:color w:val="737373"/>
          <w:sz w:val="19"/>
        </w:rPr>
        <w:t>Aceito este orçamento e as respetivas condições.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Nome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Data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Assinatura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Quer que os clientes escolham opções e assinem online? Envie este orçamento interativo grátis em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Orçamento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