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7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401"/>
      </w:tblGrid>
      <w:tr>
        <w:tc>
          <w:tcPr>
            <w:tcW w:type="dxa" w:w="6236"/>
          </w:tcPr>
          <w:p>
            <w:pPr>
              <w:spacing w:after="0"/>
            </w:pPr>
            <w:r/>
            <w:r>
              <w:rPr>
                <w:b/>
                <w:color w:val="171717"/>
                <w:sz w:val="28"/>
              </w:rPr>
              <w:t>[Ditt företagsnamn]</w:t>
            </w:r>
          </w:p>
          <w:p>
            <w:pPr>
              <w:spacing w:after="0" w:before="40"/>
            </w:pPr>
            <w:r>
              <w:rPr>
                <w:b w:val="0"/>
                <w:color w:val="737373"/>
                <w:sz w:val="18"/>
              </w:rPr>
              <w:t>[Gatuadress] · [Postnummer och ort]</w:t>
              <w:br/>
            </w:r>
            <w:r>
              <w:rPr>
                <w:b w:val="0"/>
                <w:color w:val="737373"/>
                <w:sz w:val="18"/>
              </w:rPr>
              <w:t>Org.nr [556123-4567]</w:t>
              <w:br/>
            </w:r>
            <w:r>
              <w:rPr>
                <w:b w:val="0"/>
                <w:color w:val="737373"/>
                <w:sz w:val="18"/>
              </w:rPr>
              <w:t>[epost@dittforetag.se] · [+46 70 000 00 00]</w:t>
            </w:r>
          </w:p>
        </w:tc>
        <w:tc>
          <w:tcPr>
            <w:tcW w:type="dxa" w:w="3402"/>
          </w:tcPr>
          <w:p>
            <w:pPr>
              <w:spacing w:after="0"/>
              <w:jc w:val="right"/>
            </w:pPr>
            <w:r/>
            <w:r>
              <w:rPr>
                <w:b/>
                <w:color w:val="EA580C"/>
                <w:sz w:val="44"/>
              </w:rPr>
              <w:t>OFFERT</w:t>
            </w:r>
          </w:p>
        </w:tc>
      </w:tr>
    </w:tbl>
    <w:p>
      <w:pPr>
        <w:spacing w:after="200" w:before="0"/>
      </w:pPr>
      <w:r>
        <w:rPr>
          <w:b w:val="0"/>
          <w:color w:val="171717"/>
          <w:sz w:val="20"/>
        </w:rPr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5102"/>
        <w:gridCol w:w="4535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Offert till</w:t>
            </w:r>
          </w:p>
          <w:p>
            <w:pPr>
              <w:spacing w:after="0" w:before="40"/>
            </w:pPr>
            <w:r>
              <w:rPr>
                <w:b w:val="0"/>
                <w:color w:val="171717"/>
                <w:sz w:val="20"/>
              </w:rPr>
              <w:t>[Kundens namn]</w:t>
              <w:br/>
            </w:r>
            <w:r>
              <w:rPr>
                <w:b w:val="0"/>
                <w:color w:val="171717"/>
                <w:sz w:val="20"/>
              </w:rPr>
              <w:t>[Kundens företag]</w:t>
              <w:br/>
            </w:r>
            <w:r>
              <w:rPr>
                <w:b w:val="0"/>
                <w:color w:val="171717"/>
                <w:sz w:val="20"/>
              </w:rPr>
              <w:t>[Gatuadress]</w:t>
              <w:br/>
            </w:r>
            <w:r>
              <w:rPr>
                <w:b w:val="0"/>
                <w:color w:val="171717"/>
                <w:sz w:val="20"/>
              </w:rPr>
              <w:t>[Postnummer och ort]</w:t>
            </w:r>
          </w:p>
        </w:tc>
        <w:tc>
          <w:tcPr>
            <w:tcW w:type="dxa" w:w="4535"/>
          </w:tcPr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Offertnummer: </w:t>
            </w:r>
            <w:r>
              <w:rPr>
                <w:b/>
                <w:sz w:val="19"/>
              </w:rPr>
              <w:t>[2026-001]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Datum: </w:t>
            </w:r>
            <w:r>
              <w:rPr>
                <w:b/>
                <w:sz w:val="19"/>
              </w:rPr>
              <w:t>[ÅÅÅÅ-MM-DD]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Giltig till: </w:t>
            </w:r>
            <w:r>
              <w:rPr>
                <w:b/>
                <w:sz w:val="19"/>
              </w:rPr>
              <w:t>[ÅÅÅÅ-MM-DD]</w:t>
            </w:r>
          </w:p>
        </w:tc>
      </w:tr>
    </w:tbl>
    <w:p>
      <w:pPr>
        <w:spacing w:after="200" w:before="280"/>
      </w:pPr>
      <w:r>
        <w:rPr>
          <w:b w:val="0"/>
          <w:color w:val="171717"/>
          <w:sz w:val="20"/>
        </w:rPr>
        <w:t>[En eller två meningar om projektet: vad du levererar och varför.]</w:t>
      </w:r>
    </w:p>
    <w:tbl>
      <w:tblPr>
        <w:tblW w:type="dxa" w:w="9637"/>
        <w:tblBorders>
          <w:top w:val="single" w:sz="4" w:color="E5E5E5"/>
          <w:left w:val="nil"/>
          <w:bottom w:val="single" w:sz="4" w:color="E5E5E5"/>
          <w:right w:val="nil"/>
          <w:insideH w:val="single" w:sz="4" w:color="E5E5E5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215"/>
        <w:gridCol w:w="1020"/>
        <w:gridCol w:w="1644"/>
        <w:gridCol w:w="1757"/>
      </w:tblGrid>
      <w:tr>
        <w:tc>
          <w:tcPr>
            <w:tcW w:type="dxa" w:w="5216"/>
            <w:shd w:val="clear" w:color="auto" w:fill="F5F5F5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Beskrivning</w:t>
            </w:r>
          </w:p>
        </w:tc>
        <w:tc>
          <w:tcPr>
            <w:tcW w:type="dxa" w:w="1020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Antal</w:t>
            </w:r>
          </w:p>
        </w:tc>
        <w:tc>
          <w:tcPr>
            <w:tcW w:type="dxa" w:w="1644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À-pris</w:t>
            </w:r>
          </w:p>
        </w:tc>
        <w:tc>
          <w:tcPr>
            <w:tcW w:type="dxa" w:w="1757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Belopp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[Leverans, beskriven så att kunden förstår den]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[Leverans, beskriven så att kunden förstår den]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[Leverans, beskriven så att kunden förstår den]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[Leverans, beskriven så att kunden förstår den]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Delsumma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Moms 25 %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Totalt inkl. moms</w:t>
            </w:r>
          </w:p>
        </w:tc>
        <w:tc>
          <w:tcPr>
            <w:tcW w:type="dxa" w:w="1757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€ 0,00</w:t>
            </w:r>
          </w:p>
        </w:tc>
      </w:tr>
    </w:tbl>
    <w:p>
      <w:pPr>
        <w:spacing w:after="80" w:before="320"/>
      </w:pPr>
      <w:r>
        <w:rPr>
          <w:b/>
          <w:color w:val="171717"/>
          <w:sz w:val="22"/>
        </w:rPr>
        <w:t>Villkor</w:t>
      </w:r>
    </w:p>
    <w:p>
      <w:pPr>
        <w:spacing w:after="40" w:before="0"/>
      </w:pPr>
      <w:r>
        <w:rPr>
          <w:b w:val="0"/>
          <w:color w:val="171717"/>
          <w:sz w:val="19"/>
        </w:rPr>
        <w:t>• Betalning: [30 % vid godkännande, resten vid leverans], inom [14] dagar från fakturadatum.</w:t>
      </w:r>
    </w:p>
    <w:p>
      <w:pPr>
        <w:spacing w:after="40" w:before="0"/>
      </w:pPr>
      <w:r>
        <w:rPr>
          <w:b w:val="0"/>
          <w:color w:val="171717"/>
          <w:sz w:val="19"/>
        </w:rPr>
        <w:t>• Tidsplan: [startdatum] till [leveransdatum].</w:t>
      </w:r>
    </w:p>
    <w:p>
      <w:pPr>
        <w:spacing w:after="40" w:before="0"/>
      </w:pPr>
      <w:r>
        <w:rPr>
          <w:b w:val="0"/>
          <w:color w:val="171717"/>
          <w:sz w:val="19"/>
        </w:rPr>
        <w:t>• Ingår inte: [utanför uppdraget]. Tilläggsarbete offereras separat.</w:t>
      </w:r>
    </w:p>
    <w:p>
      <w:pPr>
        <w:spacing w:after="40" w:before="320"/>
      </w:pPr>
      <w:r>
        <w:rPr>
          <w:b/>
          <w:color w:val="171717"/>
          <w:sz w:val="22"/>
        </w:rPr>
        <w:t>Godkännande</w:t>
      </w:r>
    </w:p>
    <w:p>
      <w:pPr>
        <w:spacing w:after="160" w:before="0"/>
      </w:pPr>
      <w:r>
        <w:rPr>
          <w:b w:val="0"/>
          <w:color w:val="737373"/>
          <w:sz w:val="19"/>
        </w:rPr>
        <w:t>Härmed godkänns denna offert och dess villkor.</w:t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3214"/>
        <w:gridCol w:w="3208"/>
        <w:gridCol w:w="3214"/>
      </w:tblGrid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Namn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Datum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Underskrift</w:t>
            </w:r>
          </w:p>
        </w:tc>
      </w:tr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37373"/>
        <w:sz w:val="16"/>
      </w:rPr>
      <w:t>Vill du att kunder väljer alternativ och signerar online? Skicka offerten interaktivt gratis via offinal.com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</dc:title>
  <dc:subject/>
  <dc:creator>Offinal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